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84E48" w14:textId="77777777" w:rsidR="00160A7E" w:rsidRDefault="00B1335C">
      <w:pPr>
        <w:pStyle w:val="Cm"/>
      </w:pPr>
      <w:r>
        <w:rPr>
          <w:rFonts w:ascii="Times New Roman" w:eastAsia="Times New Roman" w:hAnsi="Times New Roman"/>
        </w:rPr>
        <w:t>2. MELLÉKLET</w:t>
      </w:r>
    </w:p>
    <w:p w14:paraId="36100982" w14:textId="77777777" w:rsidR="00160A7E" w:rsidRDefault="00B1335C">
      <w:pPr>
        <w:pStyle w:val="Cm"/>
      </w:pPr>
      <w:r>
        <w:rPr>
          <w:rFonts w:ascii="Times New Roman" w:eastAsia="Times New Roman" w:hAnsi="Times New Roman"/>
        </w:rPr>
        <w:t>AJÁNLATI ADATLAP ÉS BÉRLETIDÍJ-AJÁNLAT</w:t>
      </w:r>
    </w:p>
    <w:p w14:paraId="2049828A" w14:textId="77777777" w:rsidR="00160A7E" w:rsidRDefault="00B1335C">
      <w:pPr>
        <w:spacing w:after="60"/>
      </w:pPr>
      <w:proofErr w:type="spellStart"/>
      <w:r>
        <w:rPr>
          <w:b/>
        </w:rPr>
        <w:t>Ajánlattevő</w:t>
      </w:r>
      <w:proofErr w:type="spellEnd"/>
      <w:r>
        <w:rPr>
          <w:b/>
        </w:rPr>
        <w:t xml:space="preserve"> neve/</w:t>
      </w:r>
      <w:proofErr w:type="spellStart"/>
      <w:r>
        <w:rPr>
          <w:b/>
        </w:rPr>
        <w:t>cégneve</w:t>
      </w:r>
      <w:proofErr w:type="spellEnd"/>
      <w:r>
        <w:rPr>
          <w:b/>
        </w:rPr>
        <w:t xml:space="preserve">: </w:t>
      </w:r>
      <w:r>
        <w:rPr>
          <w:rStyle w:val="Kitltendmez"/>
          <w:highlight w:val="none"/>
        </w:rPr>
        <w:t>[AJÁNLATTEVŐ NEVE]</w:t>
      </w:r>
    </w:p>
    <w:p w14:paraId="3F21B875" w14:textId="77777777" w:rsidR="00160A7E" w:rsidRDefault="00B1335C">
      <w:pPr>
        <w:spacing w:after="60"/>
      </w:pPr>
      <w:proofErr w:type="spellStart"/>
      <w:r>
        <w:rPr>
          <w:b/>
        </w:rPr>
        <w:t>Székhelye</w:t>
      </w:r>
      <w:proofErr w:type="spellEnd"/>
      <w:r>
        <w:rPr>
          <w:b/>
        </w:rPr>
        <w:t>/</w:t>
      </w:r>
      <w:proofErr w:type="spellStart"/>
      <w:r>
        <w:rPr>
          <w:b/>
        </w:rPr>
        <w:t>lakcíme</w:t>
      </w:r>
      <w:proofErr w:type="spellEnd"/>
      <w:r>
        <w:rPr>
          <w:b/>
        </w:rPr>
        <w:t xml:space="preserve">: </w:t>
      </w:r>
      <w:r>
        <w:rPr>
          <w:rStyle w:val="Kitltendmez"/>
          <w:highlight w:val="none"/>
        </w:rPr>
        <w:t>[SZÉKHELY/LAKCÍM]</w:t>
      </w:r>
    </w:p>
    <w:p w14:paraId="0BAE2F8F" w14:textId="77777777" w:rsidR="00160A7E" w:rsidRDefault="00B1335C">
      <w:pPr>
        <w:spacing w:after="60"/>
      </w:pPr>
      <w:proofErr w:type="spellStart"/>
      <w:r>
        <w:rPr>
          <w:b/>
        </w:rPr>
        <w:t>Adószáma</w:t>
      </w:r>
      <w:proofErr w:type="spellEnd"/>
      <w:r>
        <w:rPr>
          <w:b/>
        </w:rPr>
        <w:t>/</w:t>
      </w:r>
      <w:proofErr w:type="spellStart"/>
      <w:r>
        <w:rPr>
          <w:b/>
        </w:rPr>
        <w:t>adóazonosító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jele</w:t>
      </w:r>
      <w:proofErr w:type="spellEnd"/>
      <w:r>
        <w:rPr>
          <w:b/>
        </w:rPr>
        <w:t xml:space="preserve">: </w:t>
      </w:r>
      <w:r>
        <w:rPr>
          <w:rStyle w:val="Kitltendmez"/>
          <w:highlight w:val="none"/>
        </w:rPr>
        <w:t>[AZONOSÍTÓ]</w:t>
      </w:r>
    </w:p>
    <w:p w14:paraId="34632644" w14:textId="77777777" w:rsidR="00160A7E" w:rsidRDefault="00B1335C">
      <w:pPr>
        <w:spacing w:after="60"/>
      </w:pPr>
      <w:proofErr w:type="spellStart"/>
      <w:r>
        <w:rPr>
          <w:b/>
        </w:rPr>
        <w:t>Cégjegyzékszáma</w:t>
      </w:r>
      <w:proofErr w:type="spellEnd"/>
      <w:r>
        <w:rPr>
          <w:b/>
        </w:rPr>
        <w:t>/</w:t>
      </w:r>
      <w:proofErr w:type="spellStart"/>
      <w:r>
        <w:rPr>
          <w:b/>
        </w:rPr>
        <w:t>nyilvántartási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száma</w:t>
      </w:r>
      <w:proofErr w:type="spellEnd"/>
      <w:r>
        <w:rPr>
          <w:b/>
        </w:rPr>
        <w:t xml:space="preserve">: </w:t>
      </w:r>
      <w:r>
        <w:rPr>
          <w:rStyle w:val="Kitltendmez"/>
          <w:highlight w:val="none"/>
        </w:rPr>
        <w:t>[NYILVÁNTARTÁSI SZÁM]</w:t>
      </w:r>
    </w:p>
    <w:p w14:paraId="5ABFC3B6" w14:textId="77777777" w:rsidR="00160A7E" w:rsidRDefault="00B1335C">
      <w:pPr>
        <w:spacing w:after="60"/>
      </w:pPr>
      <w:proofErr w:type="spellStart"/>
      <w:r>
        <w:rPr>
          <w:b/>
        </w:rPr>
        <w:t>Statisztikai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számjele</w:t>
      </w:r>
      <w:proofErr w:type="spellEnd"/>
      <w:r>
        <w:rPr>
          <w:b/>
        </w:rPr>
        <w:t xml:space="preserve">: </w:t>
      </w:r>
      <w:r>
        <w:rPr>
          <w:rStyle w:val="Kitltendmez"/>
          <w:highlight w:val="none"/>
        </w:rPr>
        <w:t>[STATISZTIKAI SZÁMJEL]</w:t>
      </w:r>
    </w:p>
    <w:p w14:paraId="09C40220" w14:textId="77777777" w:rsidR="00160A7E" w:rsidRDefault="00B1335C">
      <w:pPr>
        <w:spacing w:after="60"/>
      </w:pPr>
      <w:proofErr w:type="spellStart"/>
      <w:r>
        <w:rPr>
          <w:b/>
        </w:rPr>
        <w:t>Képviselő</w:t>
      </w:r>
      <w:proofErr w:type="spellEnd"/>
      <w:r>
        <w:rPr>
          <w:b/>
        </w:rPr>
        <w:t xml:space="preserve"> neve </w:t>
      </w:r>
      <w:proofErr w:type="spellStart"/>
      <w:r>
        <w:rPr>
          <w:b/>
        </w:rPr>
        <w:t>és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tisztsége</w:t>
      </w:r>
      <w:proofErr w:type="spellEnd"/>
      <w:r>
        <w:rPr>
          <w:b/>
        </w:rPr>
        <w:t xml:space="preserve">: </w:t>
      </w:r>
      <w:r>
        <w:rPr>
          <w:rStyle w:val="Kitltendmez"/>
          <w:highlight w:val="none"/>
        </w:rPr>
        <w:t>[NÉV, TISZTSÉG]</w:t>
      </w:r>
    </w:p>
    <w:p w14:paraId="3F923368" w14:textId="77777777" w:rsidR="00160A7E" w:rsidRDefault="00B1335C">
      <w:pPr>
        <w:spacing w:after="60"/>
      </w:pPr>
      <w:proofErr w:type="spellStart"/>
      <w:r>
        <w:rPr>
          <w:b/>
        </w:rPr>
        <w:t>Kapcsolattartó</w:t>
      </w:r>
      <w:proofErr w:type="spellEnd"/>
      <w:r>
        <w:rPr>
          <w:b/>
        </w:rPr>
        <w:t xml:space="preserve"> neve: </w:t>
      </w:r>
      <w:r>
        <w:rPr>
          <w:rStyle w:val="Kitltendmez"/>
          <w:highlight w:val="none"/>
        </w:rPr>
        <w:t>[KAPCSOLATTARTÓ]</w:t>
      </w:r>
    </w:p>
    <w:p w14:paraId="66CAF5F2" w14:textId="77777777" w:rsidR="00160A7E" w:rsidRDefault="00B1335C">
      <w:pPr>
        <w:spacing w:after="60"/>
      </w:pPr>
      <w:r>
        <w:rPr>
          <w:b/>
        </w:rPr>
        <w:t>E-mail-</w:t>
      </w:r>
      <w:proofErr w:type="spellStart"/>
      <w:r>
        <w:rPr>
          <w:b/>
        </w:rPr>
        <w:t>cím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és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telefonszám</w:t>
      </w:r>
      <w:proofErr w:type="spellEnd"/>
      <w:r>
        <w:rPr>
          <w:b/>
        </w:rPr>
        <w:t xml:space="preserve">: </w:t>
      </w:r>
      <w:r>
        <w:rPr>
          <w:rStyle w:val="Kitltendmez"/>
          <w:highlight w:val="none"/>
        </w:rPr>
        <w:t>[ELÉRHETŐSÉGEK]</w:t>
      </w:r>
    </w:p>
    <w:p w14:paraId="134A249A" w14:textId="77777777" w:rsidR="00160A7E" w:rsidRDefault="00B1335C">
      <w:pPr>
        <w:spacing w:after="200"/>
      </w:pPr>
      <w:r>
        <w:t xml:space="preserve">A </w:t>
      </w:r>
      <w:r>
        <w:rPr>
          <w:rStyle w:val="Kitltendmez"/>
          <w:highlight w:val="none"/>
        </w:rPr>
        <w:t>[SZAKKÉPZŐ INTÉZMÉNY TELJES HIVATALOS NEVE]</w:t>
      </w:r>
      <w:r>
        <w:t xml:space="preserve"> </w:t>
      </w:r>
      <w:proofErr w:type="spellStart"/>
      <w:r>
        <w:t>büféhelyiségének</w:t>
      </w:r>
      <w:proofErr w:type="spellEnd"/>
      <w:r>
        <w:t xml:space="preserve"> </w:t>
      </w:r>
      <w:proofErr w:type="spellStart"/>
      <w:r>
        <w:t>bérbevételére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üzemeltetésére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alábbi</w:t>
      </w:r>
      <w:proofErr w:type="spellEnd"/>
      <w:r>
        <w:t xml:space="preserve"> </w:t>
      </w:r>
      <w:proofErr w:type="spellStart"/>
      <w:r>
        <w:t>ajánlatot</w:t>
      </w:r>
      <w:proofErr w:type="spellEnd"/>
      <w:r>
        <w:t xml:space="preserve"> </w:t>
      </w:r>
      <w:proofErr w:type="spellStart"/>
      <w:r>
        <w:t>teszem</w:t>
      </w:r>
      <w:proofErr w:type="spellEnd"/>
      <w:r>
        <w:t>:</w:t>
      </w:r>
    </w:p>
    <w:p w14:paraId="1E6AD9B3" w14:textId="77777777" w:rsidR="00160A7E" w:rsidRDefault="00B1335C">
      <w:pPr>
        <w:spacing w:after="60"/>
      </w:pPr>
      <w:proofErr w:type="spellStart"/>
      <w:r>
        <w:rPr>
          <w:b/>
        </w:rPr>
        <w:t>Megajánlott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havi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bérleti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díj</w:t>
      </w:r>
      <w:proofErr w:type="spellEnd"/>
      <w:r>
        <w:rPr>
          <w:b/>
        </w:rPr>
        <w:t xml:space="preserve">: </w:t>
      </w:r>
      <w:r>
        <w:rPr>
          <w:rStyle w:val="Kitltendmez"/>
          <w:highlight w:val="none"/>
        </w:rPr>
        <w:t>[ÖSSZEG] Ft/</w:t>
      </w:r>
      <w:proofErr w:type="spellStart"/>
      <w:r>
        <w:rPr>
          <w:rStyle w:val="Kitltendmez"/>
          <w:highlight w:val="none"/>
        </w:rPr>
        <w:t>hó</w:t>
      </w:r>
      <w:proofErr w:type="spellEnd"/>
    </w:p>
    <w:p w14:paraId="042E72E2" w14:textId="77777777" w:rsidR="00160A7E" w:rsidRDefault="00B1335C">
      <w:proofErr w:type="spellStart"/>
      <w:r>
        <w:t>Kijelentem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a </w:t>
      </w:r>
      <w:proofErr w:type="spellStart"/>
      <w:r>
        <w:t>megajánlott</w:t>
      </w:r>
      <w:proofErr w:type="spellEnd"/>
      <w:r>
        <w:t xml:space="preserve"> </w:t>
      </w:r>
      <w:proofErr w:type="spellStart"/>
      <w:r>
        <w:t>összeg</w:t>
      </w:r>
      <w:proofErr w:type="spellEnd"/>
      <w:r>
        <w:t xml:space="preserve"> </w:t>
      </w:r>
      <w:proofErr w:type="spellStart"/>
      <w:r>
        <w:t>eléri</w:t>
      </w:r>
      <w:proofErr w:type="spellEnd"/>
      <w:r>
        <w:t xml:space="preserve"> a </w:t>
      </w:r>
      <w:proofErr w:type="spellStart"/>
      <w:r>
        <w:t>pályázati</w:t>
      </w:r>
      <w:proofErr w:type="spellEnd"/>
      <w:r>
        <w:t xml:space="preserve"> </w:t>
      </w:r>
      <w:proofErr w:type="spellStart"/>
      <w:r>
        <w:t>felhívásban</w:t>
      </w:r>
      <w:proofErr w:type="spellEnd"/>
      <w:r>
        <w:t xml:space="preserve"> </w:t>
      </w:r>
      <w:proofErr w:type="spellStart"/>
      <w:r>
        <w:t>meghatározott</w:t>
      </w:r>
      <w:proofErr w:type="spellEnd"/>
      <w:r>
        <w:t xml:space="preserve"> minimum </w:t>
      </w:r>
      <w:proofErr w:type="spellStart"/>
      <w:r>
        <w:t>bérleti</w:t>
      </w:r>
      <w:proofErr w:type="spellEnd"/>
      <w:r>
        <w:t xml:space="preserve"> </w:t>
      </w:r>
      <w:proofErr w:type="spellStart"/>
      <w:r>
        <w:t>díjat</w:t>
      </w:r>
      <w:proofErr w:type="spellEnd"/>
      <w:r>
        <w:t xml:space="preserve">, </w:t>
      </w:r>
      <w:proofErr w:type="spellStart"/>
      <w:r>
        <w:t>és</w:t>
      </w:r>
      <w:proofErr w:type="spellEnd"/>
      <w:r>
        <w:t xml:space="preserve"> </w:t>
      </w:r>
      <w:proofErr w:type="spellStart"/>
      <w:r>
        <w:t>ajánlatomat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ajánlati</w:t>
      </w:r>
      <w:proofErr w:type="spellEnd"/>
      <w:r>
        <w:t xml:space="preserve"> </w:t>
      </w:r>
      <w:proofErr w:type="spellStart"/>
      <w:r>
        <w:t>kötöttség</w:t>
      </w:r>
      <w:proofErr w:type="spellEnd"/>
      <w:r>
        <w:t xml:space="preserve"> </w:t>
      </w:r>
      <w:proofErr w:type="spellStart"/>
      <w:r>
        <w:t>időtartama</w:t>
      </w:r>
      <w:proofErr w:type="spellEnd"/>
      <w:r>
        <w:t xml:space="preserve"> </w:t>
      </w:r>
      <w:proofErr w:type="spellStart"/>
      <w:r>
        <w:t>alatt</w:t>
      </w:r>
      <w:proofErr w:type="spellEnd"/>
      <w:r>
        <w:t xml:space="preserve"> </w:t>
      </w:r>
      <w:proofErr w:type="spellStart"/>
      <w:r>
        <w:t>fenntartom</w:t>
      </w:r>
      <w:proofErr w:type="spellEnd"/>
      <w:r>
        <w:t>.</w:t>
      </w:r>
    </w:p>
    <w:p w14:paraId="04FA0D30" w14:textId="77777777" w:rsidR="00160A7E" w:rsidRDefault="00B1335C">
      <w:proofErr w:type="spellStart"/>
      <w:r>
        <w:t>Kijelentem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ajánlati</w:t>
      </w:r>
      <w:proofErr w:type="spellEnd"/>
      <w:r>
        <w:t xml:space="preserve"> </w:t>
      </w:r>
      <w:proofErr w:type="spellStart"/>
      <w:r>
        <w:t>adatlap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ajánlat</w:t>
      </w:r>
      <w:proofErr w:type="spellEnd"/>
      <w:r>
        <w:t xml:space="preserve"> </w:t>
      </w:r>
      <w:proofErr w:type="spellStart"/>
      <w:r>
        <w:t>valamennyi</w:t>
      </w:r>
      <w:proofErr w:type="spellEnd"/>
      <w:r>
        <w:t xml:space="preserve"> </w:t>
      </w:r>
      <w:proofErr w:type="spellStart"/>
      <w:r>
        <w:t>adata</w:t>
      </w:r>
      <w:proofErr w:type="spellEnd"/>
      <w:r>
        <w:t xml:space="preserve"> a </w:t>
      </w:r>
      <w:proofErr w:type="spellStart"/>
      <w:r>
        <w:t>valóságnak</w:t>
      </w:r>
      <w:proofErr w:type="spellEnd"/>
      <w:r>
        <w:t xml:space="preserve"> </w:t>
      </w:r>
      <w:proofErr w:type="spellStart"/>
      <w:r>
        <w:t>megfelel</w:t>
      </w:r>
      <w:proofErr w:type="spellEnd"/>
      <w:r>
        <w:t>.</w:t>
      </w:r>
    </w:p>
    <w:p w14:paraId="07D8B00D" w14:textId="77777777" w:rsidR="00160A7E" w:rsidRDefault="00B1335C">
      <w:pPr>
        <w:spacing w:after="360"/>
      </w:pPr>
      <w:proofErr w:type="spellStart"/>
      <w:r>
        <w:t>Kelt</w:t>
      </w:r>
      <w:proofErr w:type="spellEnd"/>
      <w:r>
        <w:t>: Budapest, [DÁTUM].</w:t>
      </w:r>
    </w:p>
    <w:p w14:paraId="1EE68C63" w14:textId="77777777" w:rsidR="00160A7E" w:rsidRDefault="00B1335C">
      <w:pPr>
        <w:spacing w:after="0"/>
        <w:jc w:val="center"/>
      </w:pPr>
      <w:r>
        <w:t>………………………………………</w:t>
      </w:r>
    </w:p>
    <w:p w14:paraId="0DA46525" w14:textId="77777777" w:rsidR="00160A7E" w:rsidRDefault="00B1335C">
      <w:pPr>
        <w:jc w:val="center"/>
      </w:pPr>
      <w:proofErr w:type="spellStart"/>
      <w:r>
        <w:rPr>
          <w:b/>
        </w:rPr>
        <w:t>Cégszerű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aláírás</w:t>
      </w:r>
      <w:proofErr w:type="spellEnd"/>
    </w:p>
    <w:p w14:paraId="76C8F23D" w14:textId="29DF053D" w:rsidR="00160A7E" w:rsidRDefault="00160A7E"/>
    <w:sectPr w:rsidR="00160A7E" w:rsidSect="00034616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8A11B" w14:textId="77777777" w:rsidR="00F528A5" w:rsidRDefault="00F528A5">
      <w:pPr>
        <w:spacing w:after="0" w:line="240" w:lineRule="auto"/>
      </w:pPr>
      <w:r>
        <w:separator/>
      </w:r>
    </w:p>
  </w:endnote>
  <w:endnote w:type="continuationSeparator" w:id="0">
    <w:p w14:paraId="359A1611" w14:textId="77777777" w:rsidR="00F528A5" w:rsidRDefault="00F52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1665E" w14:textId="77777777" w:rsidR="00160A7E" w:rsidRDefault="00B1335C">
    <w:pPr>
      <w:pStyle w:val="llb"/>
      <w:jc w:val="center"/>
    </w:pPr>
    <w:proofErr w:type="spellStart"/>
    <w:r>
      <w:rPr>
        <w:sz w:val="18"/>
      </w:rPr>
      <w:t>Egységes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szerkezetbe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foglalt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minta</w:t>
    </w:r>
    <w:proofErr w:type="spellEnd"/>
    <w:r>
      <w:rPr>
        <w:sz w:val="18"/>
      </w:rPr>
      <w:t xml:space="preserve"> –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A6CC7" w14:textId="77777777" w:rsidR="00F528A5" w:rsidRDefault="00F528A5">
      <w:pPr>
        <w:spacing w:after="0" w:line="240" w:lineRule="auto"/>
      </w:pPr>
      <w:r>
        <w:separator/>
      </w:r>
    </w:p>
  </w:footnote>
  <w:footnote w:type="continuationSeparator" w:id="0">
    <w:p w14:paraId="585FF2FC" w14:textId="77777777" w:rsidR="00F528A5" w:rsidRDefault="00F52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57215" w14:textId="77777777" w:rsidR="00160A7E" w:rsidRDefault="00B1335C">
    <w:pPr>
      <w:pStyle w:val="lfej"/>
      <w:jc w:val="center"/>
    </w:pPr>
    <w:r>
      <w:rPr>
        <w:i/>
        <w:sz w:val="18"/>
      </w:rPr>
      <w:t xml:space="preserve">Budapesti Gépészeti </w:t>
    </w:r>
    <w:proofErr w:type="spellStart"/>
    <w:r>
      <w:rPr>
        <w:i/>
        <w:sz w:val="18"/>
      </w:rPr>
      <w:t>Szakképzési</w:t>
    </w:r>
    <w:proofErr w:type="spellEnd"/>
    <w:r>
      <w:rPr>
        <w:i/>
        <w:sz w:val="18"/>
      </w:rPr>
      <w:t xml:space="preserve"> Centrum – </w:t>
    </w:r>
    <w:proofErr w:type="spellStart"/>
    <w:r>
      <w:rPr>
        <w:i/>
        <w:sz w:val="18"/>
      </w:rPr>
      <w:t>egységes</w:t>
    </w:r>
    <w:proofErr w:type="spellEnd"/>
    <w:r>
      <w:rPr>
        <w:i/>
        <w:sz w:val="18"/>
      </w:rPr>
      <w:t xml:space="preserve"> </w:t>
    </w:r>
    <w:proofErr w:type="spellStart"/>
    <w:r>
      <w:rPr>
        <w:i/>
        <w:sz w:val="18"/>
      </w:rPr>
      <w:t>büféüzemeltetési</w:t>
    </w:r>
    <w:proofErr w:type="spellEnd"/>
    <w:r>
      <w:rPr>
        <w:i/>
        <w:sz w:val="18"/>
      </w:rPr>
      <w:t xml:space="preserve"> </w:t>
    </w:r>
    <w:proofErr w:type="spellStart"/>
    <w:r>
      <w:rPr>
        <w:i/>
        <w:sz w:val="18"/>
      </w:rPr>
      <w:t>pályázati</w:t>
    </w:r>
    <w:proofErr w:type="spellEnd"/>
    <w:r>
      <w:rPr>
        <w:i/>
        <w:sz w:val="18"/>
      </w:rPr>
      <w:t xml:space="preserve"> </w:t>
    </w:r>
    <w:proofErr w:type="spellStart"/>
    <w:r>
      <w:rPr>
        <w:i/>
        <w:sz w:val="18"/>
      </w:rPr>
      <w:t>felhívás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465897">
    <w:abstractNumId w:val="8"/>
  </w:num>
  <w:num w:numId="2" w16cid:durableId="389768868">
    <w:abstractNumId w:val="6"/>
  </w:num>
  <w:num w:numId="3" w16cid:durableId="842744364">
    <w:abstractNumId w:val="5"/>
  </w:num>
  <w:num w:numId="4" w16cid:durableId="314646628">
    <w:abstractNumId w:val="4"/>
  </w:num>
  <w:num w:numId="5" w16cid:durableId="1768579491">
    <w:abstractNumId w:val="7"/>
  </w:num>
  <w:num w:numId="6" w16cid:durableId="222715706">
    <w:abstractNumId w:val="3"/>
  </w:num>
  <w:num w:numId="7" w16cid:durableId="176820833">
    <w:abstractNumId w:val="2"/>
  </w:num>
  <w:num w:numId="8" w16cid:durableId="510291419">
    <w:abstractNumId w:val="1"/>
  </w:num>
  <w:num w:numId="9" w16cid:durableId="871302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0A7E"/>
    <w:rsid w:val="0029639D"/>
    <w:rsid w:val="00316609"/>
    <w:rsid w:val="00326F90"/>
    <w:rsid w:val="0087277A"/>
    <w:rsid w:val="008C06FE"/>
    <w:rsid w:val="00AA1D8D"/>
    <w:rsid w:val="00B1335C"/>
    <w:rsid w:val="00B47730"/>
    <w:rsid w:val="00CB0664"/>
    <w:rsid w:val="00F528A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FC47E"/>
  <w14:defaultImageDpi w14:val="300"/>
  <w15:docId w15:val="{7312B05A-AA32-4D2F-A71F-AC886CC27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120"/>
      <w:jc w:val="both"/>
    </w:pPr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0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000000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olor w:val="000000"/>
      <w:spacing w:val="5"/>
      <w:kern w:val="2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spacing w:after="60"/>
      <w:ind w:left="425" w:hanging="227"/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spacing w:after="60"/>
      <w:ind w:left="425" w:hanging="227"/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Kitltendmez">
    <w:name w:val="Kitöltendő mező"/>
    <w:rPr>
      <w:rFonts w:ascii="Times New Roman" w:eastAsia="Times New Roman" w:hAnsi="Times New Roman"/>
      <w:b/>
      <w:i w:val="0"/>
      <w:sz w:val="24"/>
      <w:highlight w:val="yell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2. melléklet</vt:lpstr>
      <vt:lpstr/>
    </vt:vector>
  </TitlesOfParts>
  <Manager/>
  <Company/>
  <LinksUpToDate>false</LinksUpToDate>
  <CharactersWithSpaces>894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melléklet</dc:title>
  <dc:subject>A jogi vélemény alapján kiegészített, egységes szerkezetbe foglalt minta</dc:subject>
  <dc:creator>Budapesti Gépészeti Szakképzési Centrum</dc:creator>
  <cp:keywords>büfé, pályázat, bérbeadás, üzemeltetés</cp:keywords>
  <dc:description/>
  <cp:lastModifiedBy>Budapesti Gépészeti SZC Mechatronikai Technikum</cp:lastModifiedBy>
  <cp:revision>2</cp:revision>
  <dcterms:created xsi:type="dcterms:W3CDTF">2026-08-27T10:47:00Z</dcterms:created>
  <dcterms:modified xsi:type="dcterms:W3CDTF">2026-08-27T10:47:00Z</dcterms:modified>
  <cp:category/>
</cp:coreProperties>
</file>