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3FBE2" w14:textId="77777777" w:rsidR="00E4006D" w:rsidRDefault="000F4E0A">
      <w:pPr>
        <w:pStyle w:val="Cm"/>
      </w:pPr>
      <w:r>
        <w:rPr>
          <w:rFonts w:ascii="Times New Roman" w:eastAsia="Times New Roman" w:hAnsi="Times New Roman"/>
        </w:rPr>
        <w:t>8. MELLÉKLET</w:t>
      </w:r>
    </w:p>
    <w:p w14:paraId="0E62BC16" w14:textId="77777777" w:rsidR="00E4006D" w:rsidRDefault="000F4E0A">
      <w:pPr>
        <w:pStyle w:val="Cm"/>
      </w:pPr>
      <w:r>
        <w:rPr>
          <w:rFonts w:ascii="Times New Roman" w:eastAsia="Times New Roman" w:hAnsi="Times New Roman"/>
        </w:rPr>
        <w:t>AZ AJÁNLAT KÖTELEZŐ TARTALMI ELLENŐRZŐJEGYZÉKE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7030"/>
        <w:gridCol w:w="1134"/>
      </w:tblGrid>
      <w:tr w:rsidR="00E4006D" w14:paraId="493F7942" w14:textId="77777777">
        <w:trPr>
          <w:tblHeader/>
          <w:jc w:val="center"/>
        </w:trPr>
        <w:tc>
          <w:tcPr>
            <w:tcW w:w="907" w:type="dxa"/>
            <w:shd w:val="clear" w:color="auto" w:fill="D9E1F2"/>
            <w:vAlign w:val="center"/>
          </w:tcPr>
          <w:p w14:paraId="7CD64732" w14:textId="77777777" w:rsidR="00E4006D" w:rsidRDefault="000F4E0A">
            <w:pPr>
              <w:jc w:val="center"/>
            </w:pPr>
            <w:r>
              <w:rPr>
                <w:b/>
              </w:rPr>
              <w:t>Sorszám</w:t>
            </w:r>
          </w:p>
        </w:tc>
        <w:tc>
          <w:tcPr>
            <w:tcW w:w="7030" w:type="dxa"/>
            <w:shd w:val="clear" w:color="auto" w:fill="D9E1F2"/>
            <w:vAlign w:val="center"/>
          </w:tcPr>
          <w:p w14:paraId="437633A3" w14:textId="77777777" w:rsidR="00E4006D" w:rsidRDefault="000F4E0A">
            <w:pPr>
              <w:jc w:val="center"/>
            </w:pPr>
            <w:r>
              <w:rPr>
                <w:b/>
              </w:rPr>
              <w:t>Dokumentum</w:t>
            </w:r>
          </w:p>
        </w:tc>
        <w:tc>
          <w:tcPr>
            <w:tcW w:w="1134" w:type="dxa"/>
            <w:shd w:val="clear" w:color="auto" w:fill="D9E1F2"/>
            <w:vAlign w:val="center"/>
          </w:tcPr>
          <w:p w14:paraId="28A7D267" w14:textId="77777777" w:rsidR="00E4006D" w:rsidRDefault="000F4E0A">
            <w:pPr>
              <w:jc w:val="center"/>
            </w:pPr>
            <w:r>
              <w:rPr>
                <w:b/>
              </w:rPr>
              <w:t>Csatolva</w:t>
            </w:r>
          </w:p>
        </w:tc>
      </w:tr>
      <w:tr w:rsidR="00E4006D" w14:paraId="3EB7289D" w14:textId="77777777">
        <w:trPr>
          <w:jc w:val="center"/>
        </w:trPr>
        <w:tc>
          <w:tcPr>
            <w:tcW w:w="907" w:type="dxa"/>
            <w:vAlign w:val="center"/>
          </w:tcPr>
          <w:p w14:paraId="231BA987" w14:textId="77777777" w:rsidR="00E4006D" w:rsidRDefault="000F4E0A">
            <w:pPr>
              <w:jc w:val="center"/>
            </w:pPr>
            <w:r>
              <w:t>1.</w:t>
            </w:r>
          </w:p>
        </w:tc>
        <w:tc>
          <w:tcPr>
            <w:tcW w:w="7030" w:type="dxa"/>
            <w:vAlign w:val="center"/>
          </w:tcPr>
          <w:p w14:paraId="77435DA2" w14:textId="77777777" w:rsidR="00E4006D" w:rsidRDefault="000F4E0A">
            <w:pPr>
              <w:jc w:val="left"/>
            </w:pPr>
            <w:r>
              <w:t>Ajánlati adatlap és bérletidíj-ajánlat</w:t>
            </w:r>
          </w:p>
        </w:tc>
        <w:tc>
          <w:tcPr>
            <w:tcW w:w="1134" w:type="dxa"/>
            <w:vAlign w:val="center"/>
          </w:tcPr>
          <w:p w14:paraId="6E6BF587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5739BCA8" w14:textId="77777777">
        <w:trPr>
          <w:jc w:val="center"/>
        </w:trPr>
        <w:tc>
          <w:tcPr>
            <w:tcW w:w="907" w:type="dxa"/>
            <w:vAlign w:val="center"/>
          </w:tcPr>
          <w:p w14:paraId="139DF085" w14:textId="77777777" w:rsidR="00E4006D" w:rsidRDefault="000F4E0A">
            <w:pPr>
              <w:jc w:val="center"/>
            </w:pPr>
            <w:r>
              <w:t>2.</w:t>
            </w:r>
          </w:p>
        </w:tc>
        <w:tc>
          <w:tcPr>
            <w:tcW w:w="7030" w:type="dxa"/>
            <w:vAlign w:val="center"/>
          </w:tcPr>
          <w:p w14:paraId="2D20DDDB" w14:textId="77777777" w:rsidR="00E4006D" w:rsidRDefault="000F4E0A">
            <w:pPr>
              <w:jc w:val="left"/>
            </w:pPr>
            <w:r>
              <w:t>Azonosító és nyilvántartási dokumentumok</w:t>
            </w:r>
          </w:p>
        </w:tc>
        <w:tc>
          <w:tcPr>
            <w:tcW w:w="1134" w:type="dxa"/>
            <w:vAlign w:val="center"/>
          </w:tcPr>
          <w:p w14:paraId="60EBF598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69004E03" w14:textId="77777777">
        <w:trPr>
          <w:jc w:val="center"/>
        </w:trPr>
        <w:tc>
          <w:tcPr>
            <w:tcW w:w="907" w:type="dxa"/>
            <w:vAlign w:val="center"/>
          </w:tcPr>
          <w:p w14:paraId="5D075D35" w14:textId="77777777" w:rsidR="00E4006D" w:rsidRDefault="000F4E0A">
            <w:pPr>
              <w:jc w:val="center"/>
            </w:pPr>
            <w:r>
              <w:t>3.</w:t>
            </w:r>
          </w:p>
        </w:tc>
        <w:tc>
          <w:tcPr>
            <w:tcW w:w="7030" w:type="dxa"/>
            <w:vAlign w:val="center"/>
          </w:tcPr>
          <w:p w14:paraId="7E8FB4D5" w14:textId="77777777" w:rsidR="00E4006D" w:rsidRDefault="000F4E0A">
            <w:pPr>
              <w:jc w:val="left"/>
            </w:pPr>
            <w:r>
              <w:t>Átláthatósági nyilatkozat</w:t>
            </w:r>
          </w:p>
        </w:tc>
        <w:tc>
          <w:tcPr>
            <w:tcW w:w="1134" w:type="dxa"/>
            <w:vAlign w:val="center"/>
          </w:tcPr>
          <w:p w14:paraId="6A1955DF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61B0D974" w14:textId="77777777">
        <w:trPr>
          <w:jc w:val="center"/>
        </w:trPr>
        <w:tc>
          <w:tcPr>
            <w:tcW w:w="907" w:type="dxa"/>
            <w:vAlign w:val="center"/>
          </w:tcPr>
          <w:p w14:paraId="4BBDA88C" w14:textId="77777777" w:rsidR="00E4006D" w:rsidRDefault="000F4E0A">
            <w:pPr>
              <w:jc w:val="center"/>
            </w:pPr>
            <w:r>
              <w:t>4.</w:t>
            </w:r>
          </w:p>
        </w:tc>
        <w:tc>
          <w:tcPr>
            <w:tcW w:w="7030" w:type="dxa"/>
            <w:vAlign w:val="center"/>
          </w:tcPr>
          <w:p w14:paraId="45F7EC6F" w14:textId="77777777" w:rsidR="00E4006D" w:rsidRDefault="000F4E0A">
            <w:pPr>
              <w:jc w:val="left"/>
            </w:pPr>
            <w:r>
              <w:t>Köztartozás-mentességi nyilatkozat és igazolás</w:t>
            </w:r>
          </w:p>
        </w:tc>
        <w:tc>
          <w:tcPr>
            <w:tcW w:w="1134" w:type="dxa"/>
            <w:vAlign w:val="center"/>
          </w:tcPr>
          <w:p w14:paraId="5336358A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285DA62A" w14:textId="77777777">
        <w:trPr>
          <w:jc w:val="center"/>
        </w:trPr>
        <w:tc>
          <w:tcPr>
            <w:tcW w:w="907" w:type="dxa"/>
            <w:vAlign w:val="center"/>
          </w:tcPr>
          <w:p w14:paraId="58932DAD" w14:textId="77777777" w:rsidR="00E4006D" w:rsidRDefault="000F4E0A">
            <w:pPr>
              <w:jc w:val="center"/>
            </w:pPr>
            <w:r>
              <w:t>5.</w:t>
            </w:r>
          </w:p>
        </w:tc>
        <w:tc>
          <w:tcPr>
            <w:tcW w:w="7030" w:type="dxa"/>
            <w:vAlign w:val="center"/>
          </w:tcPr>
          <w:p w14:paraId="214C2D53" w14:textId="77777777" w:rsidR="00E4006D" w:rsidRDefault="000F4E0A">
            <w:pPr>
              <w:jc w:val="left"/>
            </w:pPr>
            <w:r>
              <w:t>A felhívás és a szerződéstervezet elfogadásáról szóló nyilatkozat</w:t>
            </w:r>
          </w:p>
        </w:tc>
        <w:tc>
          <w:tcPr>
            <w:tcW w:w="1134" w:type="dxa"/>
            <w:vAlign w:val="center"/>
          </w:tcPr>
          <w:p w14:paraId="02739D13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3BA2B90E" w14:textId="77777777">
        <w:trPr>
          <w:jc w:val="center"/>
        </w:trPr>
        <w:tc>
          <w:tcPr>
            <w:tcW w:w="907" w:type="dxa"/>
            <w:vAlign w:val="center"/>
          </w:tcPr>
          <w:p w14:paraId="2BBC5EF2" w14:textId="77777777" w:rsidR="00E4006D" w:rsidRDefault="000F4E0A">
            <w:pPr>
              <w:jc w:val="center"/>
            </w:pPr>
            <w:r>
              <w:t>6.</w:t>
            </w:r>
          </w:p>
        </w:tc>
        <w:tc>
          <w:tcPr>
            <w:tcW w:w="7030" w:type="dxa"/>
            <w:vAlign w:val="center"/>
          </w:tcPr>
          <w:p w14:paraId="7493318B" w14:textId="77777777" w:rsidR="00E4006D" w:rsidRDefault="000F4E0A">
            <w:pPr>
              <w:jc w:val="left"/>
            </w:pPr>
            <w:r>
              <w:t>Kapcsolattartói adatok kezeléséről szóló nyilatkozat</w:t>
            </w:r>
          </w:p>
        </w:tc>
        <w:tc>
          <w:tcPr>
            <w:tcW w:w="1134" w:type="dxa"/>
            <w:vAlign w:val="center"/>
          </w:tcPr>
          <w:p w14:paraId="4DE09436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6677C7CC" w14:textId="77777777">
        <w:trPr>
          <w:jc w:val="center"/>
        </w:trPr>
        <w:tc>
          <w:tcPr>
            <w:tcW w:w="907" w:type="dxa"/>
            <w:vAlign w:val="center"/>
          </w:tcPr>
          <w:p w14:paraId="6CA214F7" w14:textId="77777777" w:rsidR="00E4006D" w:rsidRDefault="000F4E0A">
            <w:pPr>
              <w:jc w:val="center"/>
            </w:pPr>
            <w:r>
              <w:t>7.</w:t>
            </w:r>
          </w:p>
        </w:tc>
        <w:tc>
          <w:tcPr>
            <w:tcW w:w="7030" w:type="dxa"/>
            <w:vAlign w:val="center"/>
          </w:tcPr>
          <w:p w14:paraId="210B417E" w14:textId="77777777" w:rsidR="00E4006D" w:rsidRDefault="000F4E0A">
            <w:pPr>
              <w:jc w:val="left"/>
            </w:pPr>
            <w:r>
              <w:t>Üzemeltetési nyilatkozatok</w:t>
            </w:r>
          </w:p>
        </w:tc>
        <w:tc>
          <w:tcPr>
            <w:tcW w:w="1134" w:type="dxa"/>
            <w:vAlign w:val="center"/>
          </w:tcPr>
          <w:p w14:paraId="47DC38B1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52F7F435" w14:textId="77777777">
        <w:trPr>
          <w:jc w:val="center"/>
        </w:trPr>
        <w:tc>
          <w:tcPr>
            <w:tcW w:w="907" w:type="dxa"/>
            <w:vAlign w:val="center"/>
          </w:tcPr>
          <w:p w14:paraId="1C38D3B9" w14:textId="77777777" w:rsidR="00E4006D" w:rsidRDefault="000F4E0A">
            <w:pPr>
              <w:jc w:val="center"/>
            </w:pPr>
            <w:r>
              <w:t>8.</w:t>
            </w:r>
          </w:p>
        </w:tc>
        <w:tc>
          <w:tcPr>
            <w:tcW w:w="7030" w:type="dxa"/>
            <w:vAlign w:val="center"/>
          </w:tcPr>
          <w:p w14:paraId="4B1F284A" w14:textId="77777777" w:rsidR="00E4006D" w:rsidRDefault="000F4E0A">
            <w:pPr>
              <w:jc w:val="left"/>
            </w:pPr>
            <w:r>
              <w:t>Részletes termék- és árlista</w:t>
            </w:r>
          </w:p>
        </w:tc>
        <w:tc>
          <w:tcPr>
            <w:tcW w:w="1134" w:type="dxa"/>
            <w:vAlign w:val="center"/>
          </w:tcPr>
          <w:p w14:paraId="05596EAF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270F8ED0" w14:textId="77777777">
        <w:trPr>
          <w:jc w:val="center"/>
        </w:trPr>
        <w:tc>
          <w:tcPr>
            <w:tcW w:w="907" w:type="dxa"/>
            <w:vAlign w:val="center"/>
          </w:tcPr>
          <w:p w14:paraId="0D607DC8" w14:textId="77777777" w:rsidR="00E4006D" w:rsidRDefault="000F4E0A">
            <w:pPr>
              <w:jc w:val="center"/>
            </w:pPr>
            <w:r>
              <w:t>9.</w:t>
            </w:r>
          </w:p>
        </w:tc>
        <w:tc>
          <w:tcPr>
            <w:tcW w:w="7030" w:type="dxa"/>
            <w:vAlign w:val="center"/>
          </w:tcPr>
          <w:p w14:paraId="49C6240B" w14:textId="77777777" w:rsidR="00E4006D" w:rsidRDefault="000F4E0A">
            <w:pPr>
              <w:jc w:val="left"/>
            </w:pPr>
            <w:r>
              <w:t>Rövid üzemeltetési koncepció</w:t>
            </w:r>
          </w:p>
        </w:tc>
        <w:tc>
          <w:tcPr>
            <w:tcW w:w="1134" w:type="dxa"/>
            <w:vAlign w:val="center"/>
          </w:tcPr>
          <w:p w14:paraId="51619149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1122174E" w14:textId="77777777">
        <w:trPr>
          <w:jc w:val="center"/>
        </w:trPr>
        <w:tc>
          <w:tcPr>
            <w:tcW w:w="907" w:type="dxa"/>
            <w:vAlign w:val="center"/>
          </w:tcPr>
          <w:p w14:paraId="1AE68D9E" w14:textId="77777777" w:rsidR="00E4006D" w:rsidRDefault="000F4E0A">
            <w:pPr>
              <w:jc w:val="center"/>
            </w:pPr>
            <w:r>
              <w:t>10.</w:t>
            </w:r>
          </w:p>
        </w:tc>
        <w:tc>
          <w:tcPr>
            <w:tcW w:w="7030" w:type="dxa"/>
            <w:vAlign w:val="center"/>
          </w:tcPr>
          <w:p w14:paraId="19D3A7E3" w14:textId="77777777" w:rsidR="00E4006D" w:rsidRDefault="000F4E0A">
            <w:pPr>
              <w:jc w:val="left"/>
            </w:pPr>
            <w:r>
              <w:t>Berendezéslista műszaki adatokkal és energiaigénnyel</w:t>
            </w:r>
          </w:p>
        </w:tc>
        <w:tc>
          <w:tcPr>
            <w:tcW w:w="1134" w:type="dxa"/>
            <w:vAlign w:val="center"/>
          </w:tcPr>
          <w:p w14:paraId="67DC7FDC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780B6C00" w14:textId="77777777">
        <w:trPr>
          <w:jc w:val="center"/>
        </w:trPr>
        <w:tc>
          <w:tcPr>
            <w:tcW w:w="907" w:type="dxa"/>
            <w:vAlign w:val="center"/>
          </w:tcPr>
          <w:p w14:paraId="63E4D2E4" w14:textId="77777777" w:rsidR="00E4006D" w:rsidRDefault="000F4E0A">
            <w:pPr>
              <w:jc w:val="center"/>
            </w:pPr>
            <w:r>
              <w:t>11.</w:t>
            </w:r>
          </w:p>
        </w:tc>
        <w:tc>
          <w:tcPr>
            <w:tcW w:w="7030" w:type="dxa"/>
            <w:vAlign w:val="center"/>
          </w:tcPr>
          <w:p w14:paraId="5C7B6093" w14:textId="77777777" w:rsidR="00E4006D" w:rsidRPr="007A63D2" w:rsidRDefault="000F4E0A">
            <w:pPr>
              <w:jc w:val="left"/>
              <w:rPr>
                <w:lang w:val="pl-PL"/>
              </w:rPr>
            </w:pPr>
            <w:r w:rsidRPr="007A63D2">
              <w:rPr>
                <w:lang w:val="pl-PL"/>
              </w:rPr>
              <w:t>Szakmai tapasztalat vagy referencia bemutatása</w:t>
            </w:r>
          </w:p>
        </w:tc>
        <w:tc>
          <w:tcPr>
            <w:tcW w:w="1134" w:type="dxa"/>
            <w:vAlign w:val="center"/>
          </w:tcPr>
          <w:p w14:paraId="0434C8E3" w14:textId="77777777" w:rsidR="00E4006D" w:rsidRDefault="000F4E0A">
            <w:pPr>
              <w:jc w:val="center"/>
            </w:pPr>
            <w:r>
              <w:t>☐</w:t>
            </w:r>
          </w:p>
        </w:tc>
      </w:tr>
      <w:tr w:rsidR="00E4006D" w14:paraId="5D4575C0" w14:textId="77777777">
        <w:trPr>
          <w:jc w:val="center"/>
        </w:trPr>
        <w:tc>
          <w:tcPr>
            <w:tcW w:w="907" w:type="dxa"/>
            <w:vAlign w:val="center"/>
          </w:tcPr>
          <w:p w14:paraId="693B3D66" w14:textId="77777777" w:rsidR="00E4006D" w:rsidRDefault="000F4E0A">
            <w:pPr>
              <w:jc w:val="center"/>
            </w:pPr>
            <w:r>
              <w:t>12.</w:t>
            </w:r>
          </w:p>
        </w:tc>
        <w:tc>
          <w:tcPr>
            <w:tcW w:w="7030" w:type="dxa"/>
            <w:vAlign w:val="center"/>
          </w:tcPr>
          <w:p w14:paraId="20AF6692" w14:textId="77777777" w:rsidR="00E4006D" w:rsidRDefault="000F4E0A">
            <w:pPr>
              <w:jc w:val="left"/>
            </w:pPr>
            <w:r>
              <w:t>Összeférhetetlenségi és kizáró okokra vonatkozó nyilatkozat (9. melléklet)</w:t>
            </w:r>
          </w:p>
        </w:tc>
        <w:tc>
          <w:tcPr>
            <w:tcW w:w="1134" w:type="dxa"/>
            <w:vAlign w:val="center"/>
          </w:tcPr>
          <w:p w14:paraId="03FEB3D4" w14:textId="77777777" w:rsidR="00E4006D" w:rsidRDefault="000F4E0A">
            <w:pPr>
              <w:jc w:val="center"/>
            </w:pPr>
            <w:r>
              <w:t>☐</w:t>
            </w:r>
          </w:p>
        </w:tc>
      </w:tr>
    </w:tbl>
    <w:p w14:paraId="4CC32742" w14:textId="0463406D" w:rsidR="00E4006D" w:rsidRDefault="00E4006D" w:rsidP="00BA5016">
      <w:pPr>
        <w:tabs>
          <w:tab w:val="left" w:pos="7320"/>
        </w:tabs>
      </w:pPr>
    </w:p>
    <w:sectPr w:rsidR="00E4006D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4B513" w14:textId="77777777" w:rsidR="00201970" w:rsidRDefault="00201970">
      <w:pPr>
        <w:spacing w:after="0" w:line="240" w:lineRule="auto"/>
      </w:pPr>
      <w:r>
        <w:separator/>
      </w:r>
    </w:p>
  </w:endnote>
  <w:endnote w:type="continuationSeparator" w:id="0">
    <w:p w14:paraId="15E3A9E6" w14:textId="77777777" w:rsidR="00201970" w:rsidRDefault="0020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F52AA" w14:textId="77777777" w:rsidR="00E4006D" w:rsidRDefault="000F4E0A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52524" w14:textId="77777777" w:rsidR="00201970" w:rsidRDefault="00201970">
      <w:pPr>
        <w:spacing w:after="0" w:line="240" w:lineRule="auto"/>
      </w:pPr>
      <w:r>
        <w:separator/>
      </w:r>
    </w:p>
  </w:footnote>
  <w:footnote w:type="continuationSeparator" w:id="0">
    <w:p w14:paraId="48FFCDB4" w14:textId="77777777" w:rsidR="00201970" w:rsidRDefault="0020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F7D2D" w14:textId="77777777" w:rsidR="00E4006D" w:rsidRDefault="000F4E0A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75388">
    <w:abstractNumId w:val="8"/>
  </w:num>
  <w:num w:numId="2" w16cid:durableId="93288138">
    <w:abstractNumId w:val="6"/>
  </w:num>
  <w:num w:numId="3" w16cid:durableId="1526091386">
    <w:abstractNumId w:val="5"/>
  </w:num>
  <w:num w:numId="4" w16cid:durableId="264116447">
    <w:abstractNumId w:val="4"/>
  </w:num>
  <w:num w:numId="5" w16cid:durableId="1303729524">
    <w:abstractNumId w:val="7"/>
  </w:num>
  <w:num w:numId="6" w16cid:durableId="1158810787">
    <w:abstractNumId w:val="3"/>
  </w:num>
  <w:num w:numId="7" w16cid:durableId="1280339613">
    <w:abstractNumId w:val="2"/>
  </w:num>
  <w:num w:numId="8" w16cid:durableId="379400923">
    <w:abstractNumId w:val="1"/>
  </w:num>
  <w:num w:numId="9" w16cid:durableId="62659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E0A"/>
    <w:rsid w:val="0015074B"/>
    <w:rsid w:val="00201970"/>
    <w:rsid w:val="0029639D"/>
    <w:rsid w:val="00326F90"/>
    <w:rsid w:val="007A63D2"/>
    <w:rsid w:val="0087277A"/>
    <w:rsid w:val="00AA1D8D"/>
    <w:rsid w:val="00B06093"/>
    <w:rsid w:val="00B47730"/>
    <w:rsid w:val="00BA5016"/>
    <w:rsid w:val="00CB0664"/>
    <w:rsid w:val="00D452FD"/>
    <w:rsid w:val="00E400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17CB7"/>
  <w14:defaultImageDpi w14:val="300"/>
  <w15:docId w15:val="{393AB5AA-7D6E-4537-8412-A3EEA0CC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8. melléklet</vt:lpstr>
      <vt:lpstr/>
    </vt:vector>
  </TitlesOfParts>
  <Manager/>
  <Company/>
  <LinksUpToDate>false</LinksUpToDate>
  <CharactersWithSpaces>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Budapesti Gépészeti SZC Mechatronikai Technikum</cp:lastModifiedBy>
  <cp:revision>2</cp:revision>
  <dcterms:created xsi:type="dcterms:W3CDTF">2026-08-27T10:49:00Z</dcterms:created>
  <dcterms:modified xsi:type="dcterms:W3CDTF">2026-08-27T10:49:00Z</dcterms:modified>
  <cp:category/>
</cp:coreProperties>
</file>