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476C7" w14:textId="77777777" w:rsidR="00C00D91" w:rsidRDefault="008936F2">
      <w:pPr>
        <w:pStyle w:val="Cm"/>
      </w:pPr>
      <w:r>
        <w:rPr>
          <w:rFonts w:ascii="Times New Roman" w:eastAsia="Times New Roman" w:hAnsi="Times New Roman"/>
        </w:rPr>
        <w:t>4. MELLÉKLET</w:t>
      </w:r>
    </w:p>
    <w:p w14:paraId="47AD89D5" w14:textId="77777777" w:rsidR="00C00D91" w:rsidRDefault="008936F2">
      <w:pPr>
        <w:pStyle w:val="Cm"/>
      </w:pPr>
      <w:r>
        <w:rPr>
          <w:rFonts w:ascii="Times New Roman" w:eastAsia="Times New Roman" w:hAnsi="Times New Roman"/>
        </w:rPr>
        <w:t>NYILATKOZAT KÖZTARTOZÁS-MENTESSÉGRŐL</w:t>
      </w:r>
    </w:p>
    <w:p w14:paraId="678D8C8A" w14:textId="77777777" w:rsidR="00C00D91" w:rsidRDefault="008936F2">
      <w:pPr>
        <w:spacing w:after="240"/>
        <w:jc w:val="center"/>
      </w:pPr>
      <w:r>
        <w:t>(nem természetes személy ajánlattevő részére)</w:t>
      </w:r>
    </w:p>
    <w:p w14:paraId="3C557402" w14:textId="77777777" w:rsidR="00C00D91" w:rsidRDefault="008936F2">
      <w:pPr>
        <w:spacing w:after="60"/>
      </w:pPr>
      <w:r>
        <w:rPr>
          <w:b/>
        </w:rPr>
        <w:t xml:space="preserve">Nyilatkozattevő neve: </w:t>
      </w:r>
      <w:r>
        <w:rPr>
          <w:rStyle w:val="Kitltendmez"/>
          <w:highlight w:val="none"/>
        </w:rPr>
        <w:t>[NÉV]</w:t>
      </w:r>
    </w:p>
    <w:p w14:paraId="35503D74" w14:textId="77777777" w:rsidR="00C00D91" w:rsidRDefault="008936F2">
      <w:pPr>
        <w:spacing w:after="60"/>
      </w:pPr>
      <w:r>
        <w:rPr>
          <w:b/>
        </w:rPr>
        <w:t xml:space="preserve">Tisztsége: </w:t>
      </w:r>
      <w:r>
        <w:rPr>
          <w:rStyle w:val="Kitltendmez"/>
          <w:highlight w:val="none"/>
        </w:rPr>
        <w:t>[TISZTSÉG]</w:t>
      </w:r>
    </w:p>
    <w:p w14:paraId="625264FA" w14:textId="77777777" w:rsidR="00C00D91" w:rsidRDefault="008936F2">
      <w:pPr>
        <w:spacing w:after="60"/>
      </w:pPr>
      <w:r>
        <w:rPr>
          <w:b/>
        </w:rPr>
        <w:t xml:space="preserve">A képviselt szervezet neve: </w:t>
      </w:r>
      <w:r>
        <w:rPr>
          <w:rStyle w:val="Kitltendmez"/>
          <w:highlight w:val="none"/>
        </w:rPr>
        <w:t>[SZERVEZET NEVE]</w:t>
      </w:r>
    </w:p>
    <w:p w14:paraId="0DF8C2DC" w14:textId="77777777" w:rsidR="00C00D91" w:rsidRDefault="008936F2">
      <w:pPr>
        <w:spacing w:after="60"/>
      </w:pPr>
      <w:r>
        <w:rPr>
          <w:b/>
        </w:rPr>
        <w:t xml:space="preserve">Székhelye: </w:t>
      </w:r>
      <w:r>
        <w:rPr>
          <w:rStyle w:val="Kitltendmez"/>
          <w:highlight w:val="none"/>
        </w:rPr>
        <w:t>[SZÉKHELY]</w:t>
      </w:r>
    </w:p>
    <w:p w14:paraId="1B5824F3" w14:textId="77777777" w:rsidR="00C00D91" w:rsidRDefault="008936F2">
      <w:pPr>
        <w:spacing w:after="60"/>
      </w:pPr>
      <w:r>
        <w:rPr>
          <w:b/>
        </w:rPr>
        <w:t xml:space="preserve">Adószáma: </w:t>
      </w:r>
      <w:r>
        <w:rPr>
          <w:rStyle w:val="Kitltendmez"/>
          <w:highlight w:val="none"/>
        </w:rPr>
        <w:t>[ADÓSZÁM]</w:t>
      </w:r>
    </w:p>
    <w:p w14:paraId="1F8E4C81" w14:textId="77777777" w:rsidR="00C00D91" w:rsidRDefault="008936F2">
      <w:r>
        <w:t>Alulírott, a fent megjelölt szervezet nyilatkozattételre jogosult képviselőjeként, büntetőjogi felelősségem tudatában kijelentem, hogy az általam képviselt szervezetnek lejárt köztartozása nincs, továbbá nem áll csődeljárás, felszámolási eljárás, kényszertörlési eljárás vagy végelszámolás alatt.</w:t>
      </w:r>
    </w:p>
    <w:p w14:paraId="3119BC9E" w14:textId="77777777" w:rsidR="00C00D91" w:rsidRDefault="008936F2">
      <w:r>
        <w:t>Kijelentem továbbá, hogy a szervezet a köztartozásmentes adózói adatbázisban szerepel, vagy az ajánlathoz csatolt, 30 napnál nem régebbi NAV-igazolással igazolja köztartozás-mentességét.</w:t>
      </w:r>
    </w:p>
    <w:p w14:paraId="4365C560" w14:textId="77777777" w:rsidR="00C00D91" w:rsidRDefault="008936F2">
      <w:pPr>
        <w:spacing w:after="360"/>
      </w:pPr>
      <w:r>
        <w:t>Kelt: Budapest, [DÁTUM].</w:t>
      </w:r>
    </w:p>
    <w:p w14:paraId="3251D4C2" w14:textId="77777777" w:rsidR="00C00D91" w:rsidRDefault="008936F2">
      <w:pPr>
        <w:spacing w:after="0"/>
        <w:jc w:val="center"/>
      </w:pPr>
      <w:r>
        <w:t>………………………………………</w:t>
      </w:r>
    </w:p>
    <w:p w14:paraId="085BEB00" w14:textId="77777777" w:rsidR="00C00D91" w:rsidRDefault="008936F2">
      <w:pPr>
        <w:jc w:val="center"/>
      </w:pPr>
      <w:r>
        <w:rPr>
          <w:b/>
        </w:rPr>
        <w:t>Cégszerű aláírás</w:t>
      </w:r>
    </w:p>
    <w:p w14:paraId="49530E48" w14:textId="0A496924" w:rsidR="00C00D91" w:rsidRDefault="00881D1D" w:rsidP="00881D1D">
      <w:pPr>
        <w:tabs>
          <w:tab w:val="left" w:pos="5955"/>
        </w:tabs>
      </w:pPr>
      <w:r>
        <w:tab/>
      </w:r>
    </w:p>
    <w:sectPr w:rsidR="00C00D91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2947F" w14:textId="77777777" w:rsidR="000A08DF" w:rsidRDefault="000A08DF">
      <w:pPr>
        <w:spacing w:after="0" w:line="240" w:lineRule="auto"/>
      </w:pPr>
      <w:r>
        <w:separator/>
      </w:r>
    </w:p>
  </w:endnote>
  <w:endnote w:type="continuationSeparator" w:id="0">
    <w:p w14:paraId="3101BBF8" w14:textId="77777777" w:rsidR="000A08DF" w:rsidRDefault="000A0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D8066" w14:textId="77777777" w:rsidR="00C00D91" w:rsidRDefault="008936F2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AB8EB" w14:textId="77777777" w:rsidR="000A08DF" w:rsidRDefault="000A08DF">
      <w:pPr>
        <w:spacing w:after="0" w:line="240" w:lineRule="auto"/>
      </w:pPr>
      <w:r>
        <w:separator/>
      </w:r>
    </w:p>
  </w:footnote>
  <w:footnote w:type="continuationSeparator" w:id="0">
    <w:p w14:paraId="19A2CD59" w14:textId="77777777" w:rsidR="000A08DF" w:rsidRDefault="000A0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F19EB" w14:textId="77777777" w:rsidR="00C00D91" w:rsidRDefault="008936F2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6875407">
    <w:abstractNumId w:val="8"/>
  </w:num>
  <w:num w:numId="2" w16cid:durableId="844976048">
    <w:abstractNumId w:val="6"/>
  </w:num>
  <w:num w:numId="3" w16cid:durableId="1802842925">
    <w:abstractNumId w:val="5"/>
  </w:num>
  <w:num w:numId="4" w16cid:durableId="122819384">
    <w:abstractNumId w:val="4"/>
  </w:num>
  <w:num w:numId="5" w16cid:durableId="1598908486">
    <w:abstractNumId w:val="7"/>
  </w:num>
  <w:num w:numId="6" w16cid:durableId="1608004457">
    <w:abstractNumId w:val="3"/>
  </w:num>
  <w:num w:numId="7" w16cid:durableId="959341634">
    <w:abstractNumId w:val="2"/>
  </w:num>
  <w:num w:numId="8" w16cid:durableId="327638972">
    <w:abstractNumId w:val="1"/>
  </w:num>
  <w:num w:numId="9" w16cid:durableId="71716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8DF"/>
    <w:rsid w:val="0015074B"/>
    <w:rsid w:val="0029639D"/>
    <w:rsid w:val="00326F90"/>
    <w:rsid w:val="005C1AC4"/>
    <w:rsid w:val="0087277A"/>
    <w:rsid w:val="00881D1D"/>
    <w:rsid w:val="008936F2"/>
    <w:rsid w:val="00AA1D8D"/>
    <w:rsid w:val="00B47730"/>
    <w:rsid w:val="00C00D9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8FA3"/>
  <w14:defaultImageDpi w14:val="300"/>
  <w15:docId w15:val="{51D05EA7-3BDA-4208-9BAD-F275A88B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 melléklet</vt:lpstr>
      <vt:lpstr/>
    </vt:vector>
  </TitlesOfParts>
  <Manager/>
  <Company/>
  <LinksUpToDate>false</LinksUpToDate>
  <CharactersWithSpaces>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Budapesti Gépészeti SZC Mechatronikai Technikum</cp:lastModifiedBy>
  <cp:revision>2</cp:revision>
  <dcterms:created xsi:type="dcterms:W3CDTF">2026-08-27T10:48:00Z</dcterms:created>
  <dcterms:modified xsi:type="dcterms:W3CDTF">2026-08-27T10:48:00Z</dcterms:modified>
  <cp:category/>
</cp:coreProperties>
</file>